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דיבייט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טיעונים בעד ונגד בנושאי כסף וצריכה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ותשובה לטיעון נגדי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על 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הגנה על קהל צעיר מפני מניפולציה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נוחות, תיעוד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קל להוציא יותר ופחות תחושת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זה מושג מופשט, עדיף בגיל 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 השפעה סביבתית וחברתית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כסף, ניסיון ואחריות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צד מכין 2 טיעונים ותשובה אחת לטיעון הנגדי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מזומן נותן תחושת כסף טובה יותר, בניגוד לאפליקציה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חמישה נושאים שונים בדיבייט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בכרטיס, עדיף ללמד זאת בגיל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טיעון בעד - כסף, ניסיון ואחריות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טיעון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(הגנה מפני מניפולציה)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(נוחות, תיעוד ובטיחות)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(מושג מופשט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(השפעה סביבתית וחברתית)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(כסף, ניסיון ואחריות)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טיעון בדיבייט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ההצהרה שבכרטיס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צד - בעד או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הכנת שני טיעונים התומכים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הקשבה לטיעוני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הכנת תשובה אחת לטיעון הנגדי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חשוב שהטיעון יהיה רלוונטי להצהרה ומנוסח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אפשר להגדיר הגבלות והתראות באפליקציה כדי לשמור על שליטה בהוצאות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נימוק עם לפחות שני היבטים (למשל כלכלי וחברתי) ושימוש בדוגמה מהכרטיסים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תומך בעמדה, טיעון נגדי מנסה לסתור את הצד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מהכרטיסים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להיות מוכנים להגיב ולחזק את העמדה בזמן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או קבוצות קטנות לפי הנושאים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דיבייט קצר בעל פה על אחד הנושאים לאחר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להשתמש בדוגמאות אישיות מחיי היומיום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דיבייט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חמשת נושאי הדיבייט: פרסום ממוקד לבני נוער, אפליקציות תשלום מול מזומן, לימוד ריבית דריבית, קניית אופנה מהירה, ועבודה מול חופשה.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הטיעון בעד איסור פרסום ממוקד לבני נוער?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 על קהל צעיר מפני מניפולציה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הגדלת רווחי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שיפור איכות הפרסומות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הוזלת מחירי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שמוזכר באפליקציות תשלום לעומת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תמיד זולות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נוחות, תיעוד ובטיחות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לאבד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בהן עמלות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החיסרון שמוזכר באפליקציות תשלום לבני נוער?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להוציא יותר ופחות תחושת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אסורות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יקרות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להשתמש בהן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הטיעון נגד לימוד ריבית דריבית ביסודי?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מושג מופשט, עדיף בגיל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לא חשוב ללמוד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קל מדי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לזה שימוש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הטיעון נגד קניית אופנה מהירה כעניין פרטי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השפעה סביבתית וחברתית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בחירה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קשור לתקציב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הטיעון בעד עבודה בחופש על פני מנוחה?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כסף, ניסיון ואחריות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זמן לבילויים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פחות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 מהמשפחה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בדיבייט כל צד מכין רק טיעון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הטיעונים בעד מזומן על פני אפליקציות הוא שקל יותר להרגיש כמה כסף יצא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הכרטיסים עוסקים רק בנושא אחד - פרסום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נגד לימוד ריבית דריבית ביסודי הוא שהמושג מופשט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טיעון בעד עבודה בחופש, רק נגד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טיעון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פרסום ממוקד לבני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נוחות, תיעוד ובטיחות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אפליקציות 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השפעה סביבתית וחברתית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 דריבית ביסודי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כסף, ניסיון ואחריות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אופנה מהירה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הגנה מפני מניפולציה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עבודה בחופש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מושג מופשט 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בניית טיעון בדיבייט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תשובה אחת לטיעון הנגדי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שני טיעונים התומכים בעמדה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לטיעוני הצד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ההצהרה שבכרטיס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צד - בעד או נגד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מחמשת נושאי הדיבייט וכתבו טיעון נוסף בעד הצד שבחרתם, שלא מופיע בכרטיס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תשובה לטיעון הנגדי בנושא אפליקציות תשלום מול מזומן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הנושא שלדעתכם הכי שנוי במחלוקת מבין החמישה, ונמקו מדוע דווקא הוא מעורר ויכוח חזק יותר מהשאר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טיעון לטיעון נגדי?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לטיעון בעד ואחד נגד מהכרטיסים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להכין תשובה לטיעון הנגדי לפני הדיבייט?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דיבייט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