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דיבייט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טיעונים בעד ונגד בנושאי כסף וצריכה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טיעון ותשובה לטיעון נגדי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על החלטות כלכליות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הגנה על קהל צעיר מפני מניפולציה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נוחות, תיעוד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זה מושג מופשט, עדיף בגיל מאוחר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צד מכין 2 טיעונים ותשובה אחת לטיעון הנגדי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מזומן נותן תחושת כסף טובה יותר, בניגוד לאפליקציה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חמישה נושאים שונים בדיבייט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טיעון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(הגנה מפני מניפולציה)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(נוחות, תיעוד ובטיחות)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(מושג מופשט מדי)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(השפעה סביבתית וחברתית)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בניית טיעון בדיבייט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קריאת ההצהרה שבכרטיס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צד - בעד או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הכנת שני טיעונים התומכים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הקשבה לטיעוני הצד השני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חשוב שהטיעון יהיה רלוונטי להצהרה ומנוסח בבירור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מעמיקה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טיעון תומך בעמדה, טיעון נגדי מנסה לסתור את הצד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מהכרטיסים שהוצגו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להיות מוכנים להגיב ולחזק את העמדה בזמן 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או קבוצות קטנות לפי הנושאים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דיבייט קצר בעל פה על אחד הנושאים לאחר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לעודד תלמידים להשתמש בדוגמאות אישיות מחיי היומיום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דיבייט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חמשת נושאי הדיבייט: פרסום ממוקד לבני נוער, אפליקציות תשלום מול מזומן, לימוד ריבית דריבית, קניית אופנה מהירה, ועבודה מול חופשה.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הטיעון בעד איסור פרסום ממוקד לבני נוער?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הגנה על קהל צעיר מפני מניפולציה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הגדלת רווחי 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שיפור איכות הפרסומות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היתרון שמוזכר באפליקציות תשלום לעומת 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הן תמיד זולות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נוחות, תיעוד ובטיחות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 אפשר לאבד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הטיעון נגד לימוד ריבית דריבית ביסודי?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 מושג מופשט, עדיף בגיל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זה לא חשוב ללמוד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 קל מדי לילדים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בדיבייט כל צד מכין רק טיעון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אחד הטיעונים בעד מזומן על פני אפליקציות הוא שקל יותר להרגיש כמה כסף יצא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הכרטיסים עוסקים רק בנושא אחד - פרסום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טיעון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פרסום ממוקד לבני נוער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נוחות, תיעוד ובטיחות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אפליקציות תשלום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מושג מופשט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ריבית דריבית ביסודי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השפעה סביבתית וחברתית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אופנה מהירה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הגנה מפני מניפולציה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בניית טיעון בדיבייט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צד - בעד או נגד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הכנת שני טיעונים התומכים בעמדה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הקשבה לטיעוני הצד השני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קריאת ההצהרה שבכרטיס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מחמשת נושאי הדיבייט וכתבו טיעון נוסף בעד הצד שבחרתם, שלא מופיע בכרטיס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טיעון לטיעון נגדי?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לטיעון בעד ואחד נגד מהכרטיסים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דיבייט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